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28E47" w14:textId="67977107" w:rsidR="004E7475" w:rsidRPr="009F789F" w:rsidRDefault="00000000">
      <w:pPr>
        <w:jc w:val="center"/>
        <w:rPr>
          <w:rFonts w:ascii="TH SarabunIT๙" w:hAnsi="TH SarabunIT๙" w:cs="TH SarabunIT๙"/>
          <w:sz w:val="32"/>
          <w:szCs w:val="32"/>
        </w:rPr>
      </w:pPr>
      <w:proofErr w:type="spellStart"/>
      <w:r w:rsidRPr="009F789F">
        <w:rPr>
          <w:rFonts w:ascii="TH SarabunIT๙" w:hAnsi="TH SarabunIT๙" w:cs="TH SarabunIT๙"/>
          <w:b/>
          <w:sz w:val="52"/>
          <w:szCs w:val="52"/>
        </w:rPr>
        <w:t>รายงานผลการดำเนินงาน</w:t>
      </w:r>
      <w:proofErr w:type="spellEnd"/>
      <w:r w:rsidRPr="009F789F">
        <w:rPr>
          <w:rFonts w:ascii="TH SarabunIT๙" w:hAnsi="TH SarabunIT๙" w:cs="TH SarabunIT๙"/>
          <w:b/>
          <w:sz w:val="32"/>
          <w:szCs w:val="32"/>
        </w:rPr>
        <w:br/>
      </w:r>
      <w:proofErr w:type="spellStart"/>
      <w:r w:rsidRPr="009F789F">
        <w:rPr>
          <w:rFonts w:ascii="TH SarabunIT๙" w:hAnsi="TH SarabunIT๙" w:cs="TH SarabunIT๙"/>
          <w:sz w:val="32"/>
          <w:szCs w:val="32"/>
        </w:rPr>
        <w:t>แผนงานโครงการองค์การบริหารส่วนจังหวัดชลบุรีร่วมใจ</w:t>
      </w:r>
      <w:proofErr w:type="spellEnd"/>
      <w:r w:rsidRPr="009F789F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9F789F">
        <w:rPr>
          <w:rFonts w:ascii="TH SarabunIT๙" w:hAnsi="TH SarabunIT๙" w:cs="TH SarabunIT๙"/>
          <w:sz w:val="32"/>
          <w:szCs w:val="32"/>
        </w:rPr>
        <w:t>ห่วงใยประชาชน</w:t>
      </w:r>
      <w:proofErr w:type="spellEnd"/>
      <w:r w:rsidRPr="009F789F">
        <w:rPr>
          <w:rFonts w:ascii="TH SarabunIT๙" w:hAnsi="TH SarabunIT๙" w:cs="TH SarabunIT๙"/>
          <w:sz w:val="32"/>
          <w:szCs w:val="32"/>
        </w:rPr>
        <w:br/>
      </w:r>
      <w:proofErr w:type="spellStart"/>
      <w:r w:rsidRPr="009F789F">
        <w:rPr>
          <w:rFonts w:ascii="TH SarabunIT๙" w:hAnsi="TH SarabunIT๙" w:cs="TH SarabunIT๙"/>
          <w:sz w:val="32"/>
          <w:szCs w:val="32"/>
        </w:rPr>
        <w:t>ประจำปีงบประมาณ</w:t>
      </w:r>
      <w:proofErr w:type="spellEnd"/>
      <w:r w:rsidRPr="009F789F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9F789F">
        <w:rPr>
          <w:rFonts w:ascii="TH SarabunIT๙" w:hAnsi="TH SarabunIT๙" w:cs="TH SarabunIT๙"/>
          <w:sz w:val="32"/>
          <w:szCs w:val="32"/>
        </w:rPr>
        <w:t>พ.ศ</w:t>
      </w:r>
      <w:proofErr w:type="spellEnd"/>
      <w:r w:rsidRPr="009F789F">
        <w:rPr>
          <w:rFonts w:ascii="TH SarabunIT๙" w:hAnsi="TH SarabunIT๙" w:cs="TH SarabunIT๙"/>
          <w:sz w:val="32"/>
          <w:szCs w:val="32"/>
        </w:rPr>
        <w:t>. 2569</w:t>
      </w:r>
      <w:r w:rsidRPr="009F789F">
        <w:rPr>
          <w:rFonts w:ascii="TH SarabunIT๙" w:hAnsi="TH SarabunIT๙" w:cs="TH SarabunIT๙"/>
          <w:sz w:val="32"/>
          <w:szCs w:val="32"/>
        </w:rPr>
        <w:br/>
      </w:r>
      <w:r w:rsidRPr="009F789F">
        <w:rPr>
          <w:rFonts w:ascii="TH SarabunIT๙" w:hAnsi="TH SarabunIT๙" w:cs="TH SarabunIT๙"/>
          <w:sz w:val="32"/>
          <w:szCs w:val="32"/>
        </w:rPr>
        <w:br/>
        <w:t>ของศูนย์ส่งเสริมการเรียนรู้ระดับอำเภอ........................................</w:t>
      </w:r>
    </w:p>
    <w:p w14:paraId="49591D39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1. ข้อมูลทั่วไป</w:t>
      </w:r>
    </w:p>
    <w:p w14:paraId="7AC2EEF7" w14:textId="77777777" w:rsidR="004E7475" w:rsidRPr="00C12B9A" w:rsidRDefault="00000000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proofErr w:type="spellStart"/>
      <w:proofErr w:type="gram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หน่วยงาน</w:t>
      </w:r>
      <w:proofErr w:type="spellEnd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:</w:t>
      </w:r>
      <w:proofErr w:type="gramEnd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ศูนย์ส่งเสริมการเรียนรู้ระดับอำเภอ</w:t>
      </w:r>
      <w:proofErr w:type="spellEnd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  <w:t xml:space="preserve">วัน/เดือน/ปี </w:t>
      </w:r>
      <w:proofErr w:type="gram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ที่ดำเนินการ :</w:t>
      </w:r>
      <w:proofErr w:type="gramEnd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proofErr w:type="gram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สถานที่ดำเนินการ :</w:t>
      </w:r>
      <w:proofErr w:type="gramEnd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........................</w:t>
      </w:r>
    </w:p>
    <w:p w14:paraId="23568313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2. หลักการและเหตุผล</w:t>
      </w:r>
    </w:p>
    <w:p w14:paraId="66200019" w14:textId="77777777" w:rsidR="009F789F" w:rsidRPr="00C12B9A" w:rsidRDefault="009F789F" w:rsidP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EA2130F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3.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วัตถุประสงค์</w:t>
      </w:r>
      <w:proofErr w:type="spellEnd"/>
    </w:p>
    <w:p w14:paraId="4AC1F7E5" w14:textId="1FA42567" w:rsidR="004E7475" w:rsidRPr="00C12B9A" w:rsidRDefault="00000000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1) </w:t>
      </w:r>
      <w:r w:rsidR="009F789F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</w:t>
      </w:r>
      <w:r w:rsidR="009F789F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2) </w:t>
      </w:r>
      <w:r w:rsidR="009F789F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  <w:t>3)</w:t>
      </w:r>
      <w:r w:rsidR="009F789F" w:rsidRPr="00C12B9A">
        <w:rPr>
          <w:rFonts w:ascii="TH SarabunIT๙" w:hAnsi="TH SarabunIT๙" w:cs="TH SarabunIT๙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9F789F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</w:t>
      </w:r>
    </w:p>
    <w:p w14:paraId="0E4FF70B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4.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กลุ่มเป้าหมาย</w:t>
      </w:r>
      <w:proofErr w:type="spellEnd"/>
    </w:p>
    <w:p w14:paraId="2CC51539" w14:textId="77777777" w:rsidR="004E7475" w:rsidRPr="00C12B9A" w:rsidRDefault="00000000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ประชาชนในพื้นที่ จำนวน .............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คน</w:t>
      </w:r>
      <w:proofErr w:type="spellEnd"/>
    </w:p>
    <w:p w14:paraId="17B14F59" w14:textId="77777777" w:rsidR="009F789F" w:rsidRPr="00C12B9A" w:rsidRDefault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</w:p>
    <w:p w14:paraId="45A62A2B" w14:textId="77777777" w:rsidR="009F789F" w:rsidRPr="00C12B9A" w:rsidRDefault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</w:p>
    <w:p w14:paraId="03707A60" w14:textId="77777777" w:rsidR="009F789F" w:rsidRPr="00C12B9A" w:rsidRDefault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</w:p>
    <w:p w14:paraId="3D29AFC6" w14:textId="77777777" w:rsidR="009F789F" w:rsidRPr="00C12B9A" w:rsidRDefault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</w:p>
    <w:p w14:paraId="1FCBF657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5. กิจกรรมที่ดำเนินการ</w:t>
      </w:r>
    </w:p>
    <w:p w14:paraId="6EB617C8" w14:textId="2D8E94E1" w:rsidR="004E7475" w:rsidRPr="00C12B9A" w:rsidRDefault="00000000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5.1 </w:t>
      </w:r>
      <w:r w:rsidR="00C12B9A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  <w:t>5.2</w:t>
      </w:r>
      <w:r w:rsidR="00C12B9A">
        <w:rPr>
          <w:rFonts w:ascii="TH SarabunIT๙" w:hAnsi="TH SarabunIT๙" w:cs="TH SarabunIT๙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C12B9A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  <w:t xml:space="preserve">5.3 </w:t>
      </w:r>
      <w:r w:rsidR="00C12B9A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  <w:t xml:space="preserve">5.4 </w:t>
      </w:r>
      <w:r w:rsidR="00C12B9A"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</w:t>
      </w:r>
    </w:p>
    <w:p w14:paraId="5ABB4BFD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6.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ผลการดำเนินงาน</w:t>
      </w:r>
      <w:proofErr w:type="spellEnd"/>
    </w:p>
    <w:p w14:paraId="2ED81936" w14:textId="77777777" w:rsidR="009F789F" w:rsidRPr="00C12B9A" w:rsidRDefault="009F789F" w:rsidP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21B21D6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7.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ผลสำเร็จตามตัวชี้วัด</w:t>
      </w:r>
      <w:proofErr w:type="spellEnd"/>
    </w:p>
    <w:p w14:paraId="65EDAD63" w14:textId="4EAD32FE" w:rsidR="004E7475" w:rsidRPr="00C12B9A" w:rsidRDefault="00000000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1) จำนวนผู้รับบริการ ............. คน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 w:rsidR="00893ACD">
        <w:rPr>
          <w:rFonts w:ascii="TH SarabunIT๙" w:hAnsi="TH SarabunIT๙" w:cs="TH SarabunIT๙" w:hint="cs"/>
          <w:color w:val="000000" w:themeColor="text1"/>
          <w:sz w:val="32"/>
          <w:szCs w:val="32"/>
          <w:cs/>
          <w:lang w:bidi="th-TH"/>
        </w:rPr>
        <w:t>2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) ระดับ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ความพึงพอใจเฉลี่ย</w:t>
      </w:r>
      <w:proofErr w:type="spellEnd"/>
      <w:r w:rsidR="00893ACD">
        <w:rPr>
          <w:rFonts w:ascii="TH SarabunIT๙" w:hAnsi="TH SarabunIT๙" w:cs="TH SarabunIT๙" w:hint="cs"/>
          <w:color w:val="000000" w:themeColor="text1"/>
          <w:sz w:val="32"/>
          <w:szCs w:val="32"/>
          <w:cs/>
          <w:lang w:bidi="th-TH"/>
        </w:rPr>
        <w:t xml:space="preserve">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ร้อยละ</w:t>
      </w:r>
      <w:proofErr w:type="spellEnd"/>
      <w:r w:rsidR="00893ACD"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.............</w:t>
      </w:r>
    </w:p>
    <w:p w14:paraId="6A2193F8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8. ปัญหาและอุปสรรค</w:t>
      </w:r>
    </w:p>
    <w:p w14:paraId="334BF260" w14:textId="77777777" w:rsidR="009F789F" w:rsidRPr="00C12B9A" w:rsidRDefault="009F789F" w:rsidP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649269F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9. </w:t>
      </w:r>
      <w:proofErr w:type="spellStart"/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t>ข้อเสนอแนะ</w:t>
      </w:r>
      <w:proofErr w:type="spellEnd"/>
    </w:p>
    <w:p w14:paraId="039E2AD7" w14:textId="77777777" w:rsidR="009F789F" w:rsidRPr="00C12B9A" w:rsidRDefault="009F789F" w:rsidP="009F789F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4A1691B" w14:textId="77777777" w:rsidR="004E7475" w:rsidRPr="00C12B9A" w:rsidRDefault="00000000">
      <w:pPr>
        <w:pStyle w:val="1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10. สรุปผลการดำเนินงาน</w:t>
      </w:r>
    </w:p>
    <w:p w14:paraId="146F69B0" w14:textId="77777777" w:rsidR="00B205D6" w:rsidRPr="00C12B9A" w:rsidRDefault="00B205D6" w:rsidP="00B205D6">
      <w:pPr>
        <w:rPr>
          <w:rFonts w:ascii="TH SarabunIT๙" w:hAnsi="TH SarabunIT๙" w:cs="TH SarabunIT๙"/>
          <w:color w:val="000000" w:themeColor="text1"/>
          <w:sz w:val="32"/>
          <w:szCs w:val="32"/>
          <w:lang w:bidi="th-TH"/>
        </w:rPr>
      </w:pP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12B9A">
        <w:rPr>
          <w:rFonts w:ascii="TH SarabunIT๙" w:hAnsi="TH SarabunIT๙" w:cs="TH SarabunIT๙"/>
          <w:color w:val="000000" w:themeColor="text1"/>
          <w:sz w:val="32"/>
          <w:szCs w:val="32"/>
          <w:cs/>
          <w:lang w:bidi="th-TH"/>
        </w:rPr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B5FD71" w14:textId="374A93C1" w:rsidR="00B205D6" w:rsidRDefault="00B205D6" w:rsidP="00B205D6">
      <w:pPr>
        <w:pStyle w:val="afff"/>
        <w:ind w:firstLine="1440"/>
        <w:jc w:val="thaiDistribute"/>
        <w:rPr>
          <w:b/>
          <w:bCs/>
          <w:color w:val="0070C0"/>
        </w:rPr>
      </w:pPr>
      <w:r>
        <w:rPr>
          <w:cs/>
        </w:rPr>
        <w:br/>
      </w:r>
      <w:r>
        <w:rPr>
          <w:cs/>
        </w:rPr>
        <w:br/>
      </w:r>
      <w:r>
        <w:rPr>
          <w:cs/>
        </w:rPr>
        <w:br/>
      </w:r>
      <w:r w:rsidRPr="00C12B9A">
        <w:rPr>
          <w:rFonts w:hint="cs"/>
          <w:b/>
          <w:bCs/>
          <w:color w:val="000000" w:themeColor="text1"/>
          <w:cs/>
        </w:rPr>
        <w:t xml:space="preserve">หมายเหตุ </w:t>
      </w:r>
      <w:r w:rsidRPr="00C12B9A">
        <w:rPr>
          <w:b/>
          <w:bCs/>
          <w:color w:val="000000" w:themeColor="text1"/>
        </w:rPr>
        <w:t>:</w:t>
      </w:r>
      <w:r w:rsidRPr="00C12B9A">
        <w:rPr>
          <w:color w:val="000000" w:themeColor="text1"/>
        </w:rPr>
        <w:t xml:space="preserve"> </w:t>
      </w:r>
      <w:r w:rsidRPr="00C12B9A">
        <w:rPr>
          <w:b/>
          <w:bCs/>
          <w:color w:val="000000" w:themeColor="text1"/>
          <w:cs/>
        </w:rPr>
        <w:t xml:space="preserve">รายงานผลการดำเนินงานมายังสำนักงานส่งเสริมการเรียนรู้ประจำจังหวัดชลบุรี </w:t>
      </w:r>
      <w:r w:rsidRPr="00C12B9A">
        <w:rPr>
          <w:b/>
          <w:bCs/>
          <w:color w:val="000000" w:themeColor="text1"/>
        </w:rPr>
        <w:br/>
      </w:r>
      <w:r w:rsidRPr="00C12B9A">
        <w:rPr>
          <w:b/>
          <w:bCs/>
          <w:color w:val="000000" w:themeColor="text1"/>
          <w:cs/>
        </w:rPr>
        <w:t xml:space="preserve">ทางไปรษณีย์อิเล็กทรอนิกส์ </w:t>
      </w:r>
      <w:r w:rsidRPr="00C12B9A">
        <w:rPr>
          <w:b/>
          <w:bCs/>
          <w:color w:val="000000" w:themeColor="text1"/>
        </w:rPr>
        <w:t>cbi_nfedc@dole.go.th</w:t>
      </w:r>
      <w:r w:rsidRPr="00C12B9A">
        <w:rPr>
          <w:rFonts w:hint="cs"/>
          <w:b/>
          <w:bCs/>
          <w:color w:val="000000" w:themeColor="text1"/>
          <w:cs/>
        </w:rPr>
        <w:t xml:space="preserve"> </w:t>
      </w:r>
      <w:r w:rsidRPr="00C12B9A">
        <w:rPr>
          <w:b/>
          <w:bCs/>
          <w:color w:val="000000" w:themeColor="text1"/>
          <w:cs/>
        </w:rPr>
        <w:t xml:space="preserve">ภายใน 7 วัน นับแต่วันดำเนินการ </w:t>
      </w:r>
      <w:r w:rsidRPr="00C12B9A">
        <w:rPr>
          <w:b/>
          <w:bCs/>
          <w:color w:val="000000" w:themeColor="text1"/>
        </w:rPr>
        <w:br/>
      </w:r>
      <w:r w:rsidRPr="00C12B9A">
        <w:rPr>
          <w:b/>
          <w:bCs/>
          <w:color w:val="000000" w:themeColor="text1"/>
          <w:cs/>
        </w:rPr>
        <w:t>เพื่อรวบรวมข้อมูลและรายงานผลการดำเนินงานให้หน่วยงานที่เกี่ยวข้องต่อไป</w:t>
      </w:r>
    </w:p>
    <w:p w14:paraId="4ECD9F8C" w14:textId="77777777" w:rsidR="00B205D6" w:rsidRDefault="00B205D6" w:rsidP="00B205D6">
      <w:pPr>
        <w:pStyle w:val="afff"/>
        <w:ind w:firstLine="1440"/>
        <w:jc w:val="thaiDistribute"/>
        <w:rPr>
          <w:b/>
          <w:bCs/>
          <w:color w:val="0070C0"/>
        </w:rPr>
      </w:pPr>
    </w:p>
    <w:p w14:paraId="5E4E97F0" w14:textId="77777777" w:rsidR="00B205D6" w:rsidRPr="00F74AE2" w:rsidRDefault="00B205D6" w:rsidP="00B205D6">
      <w:pPr>
        <w:pStyle w:val="afff"/>
        <w:ind w:firstLine="1440"/>
        <w:jc w:val="thaiDistribute"/>
      </w:pPr>
    </w:p>
    <w:p w14:paraId="0408BCC8" w14:textId="77777777" w:rsidR="00B205D6" w:rsidRDefault="00B205D6" w:rsidP="00B205D6">
      <w:pPr>
        <w:pStyle w:val="1"/>
        <w:jc w:val="center"/>
        <w:rPr>
          <w:rFonts w:ascii="TH SarabunIT๙" w:hAnsi="TH SarabunIT๙" w:cs="TH SarabunIT๙"/>
          <w:sz w:val="52"/>
          <w:szCs w:val="52"/>
          <w:lang w:bidi="th-TH"/>
        </w:rPr>
      </w:pPr>
    </w:p>
    <w:p w14:paraId="2EEA973C" w14:textId="77777777" w:rsidR="00B205D6" w:rsidRDefault="00B205D6" w:rsidP="00B205D6">
      <w:pPr>
        <w:pStyle w:val="1"/>
        <w:jc w:val="center"/>
        <w:rPr>
          <w:rFonts w:ascii="TH SarabunIT๙" w:hAnsi="TH SarabunIT๙" w:cs="TH SarabunIT๙"/>
          <w:sz w:val="52"/>
          <w:szCs w:val="52"/>
          <w:lang w:bidi="th-TH"/>
        </w:rPr>
      </w:pPr>
    </w:p>
    <w:p w14:paraId="7045CDE1" w14:textId="77777777" w:rsidR="00B205D6" w:rsidRDefault="00B205D6" w:rsidP="00B205D6">
      <w:pPr>
        <w:pStyle w:val="1"/>
        <w:jc w:val="center"/>
        <w:rPr>
          <w:rFonts w:ascii="TH SarabunIT๙" w:hAnsi="TH SarabunIT๙" w:cs="TH SarabunIT๙"/>
          <w:sz w:val="52"/>
          <w:szCs w:val="52"/>
          <w:lang w:bidi="th-TH"/>
        </w:rPr>
      </w:pPr>
    </w:p>
    <w:p w14:paraId="0B18CF22" w14:textId="77777777" w:rsidR="00B205D6" w:rsidRDefault="00B205D6" w:rsidP="00B205D6">
      <w:pPr>
        <w:rPr>
          <w:lang w:bidi="th-TH"/>
        </w:rPr>
      </w:pPr>
    </w:p>
    <w:p w14:paraId="0E3AEF5F" w14:textId="77777777" w:rsidR="00B205D6" w:rsidRDefault="00B205D6" w:rsidP="00B205D6">
      <w:pPr>
        <w:rPr>
          <w:lang w:bidi="th-TH"/>
        </w:rPr>
      </w:pPr>
    </w:p>
    <w:p w14:paraId="72BE1A9F" w14:textId="77777777" w:rsidR="00B205D6" w:rsidRDefault="00B205D6" w:rsidP="00B205D6">
      <w:pPr>
        <w:rPr>
          <w:lang w:bidi="th-TH"/>
        </w:rPr>
      </w:pPr>
    </w:p>
    <w:p w14:paraId="465E7AC9" w14:textId="77777777" w:rsidR="00B205D6" w:rsidRDefault="00B205D6" w:rsidP="00B205D6">
      <w:pPr>
        <w:rPr>
          <w:lang w:bidi="th-TH"/>
        </w:rPr>
      </w:pPr>
    </w:p>
    <w:p w14:paraId="5E69FEA9" w14:textId="77777777" w:rsidR="00B205D6" w:rsidRDefault="00B205D6" w:rsidP="00B205D6">
      <w:pPr>
        <w:rPr>
          <w:lang w:bidi="th-TH"/>
        </w:rPr>
      </w:pPr>
    </w:p>
    <w:p w14:paraId="06BC9256" w14:textId="77777777" w:rsidR="00B205D6" w:rsidRDefault="00B205D6" w:rsidP="00B205D6">
      <w:pPr>
        <w:rPr>
          <w:lang w:bidi="th-TH"/>
        </w:rPr>
      </w:pPr>
    </w:p>
    <w:p w14:paraId="2CFB6243" w14:textId="77777777" w:rsidR="00B205D6" w:rsidRPr="00B205D6" w:rsidRDefault="00B205D6" w:rsidP="00B205D6">
      <w:pPr>
        <w:rPr>
          <w:lang w:bidi="th-TH"/>
        </w:rPr>
      </w:pPr>
    </w:p>
    <w:p w14:paraId="454A59B9" w14:textId="5C8EE075" w:rsidR="00B205D6" w:rsidRDefault="00B205D6" w:rsidP="00B205D6">
      <w:pPr>
        <w:pStyle w:val="1"/>
        <w:jc w:val="center"/>
        <w:rPr>
          <w:rFonts w:ascii="TH SarabunIT๙" w:hAnsi="TH SarabunIT๙" w:cs="TH SarabunIT๙"/>
          <w:sz w:val="52"/>
          <w:szCs w:val="52"/>
          <w:lang w:bidi="th-TH"/>
        </w:rPr>
      </w:pPr>
      <w:r w:rsidRPr="00B205D6">
        <w:rPr>
          <w:rFonts w:ascii="TH SarabunIT๙" w:hAnsi="TH SarabunIT๙" w:cs="TH SarabunIT๙" w:hint="cs"/>
          <w:sz w:val="52"/>
          <w:szCs w:val="52"/>
          <w:cs/>
          <w:lang w:bidi="th-TH"/>
        </w:rPr>
        <w:lastRenderedPageBreak/>
        <w:t>ภาคผนวก</w:t>
      </w:r>
    </w:p>
    <w:p w14:paraId="0E77D0A7" w14:textId="77777777" w:rsidR="00B205D6" w:rsidRPr="00B205D6" w:rsidRDefault="00B205D6" w:rsidP="00B205D6">
      <w:pPr>
        <w:rPr>
          <w:lang w:bidi="th-TH"/>
        </w:rPr>
      </w:pPr>
    </w:p>
    <w:p w14:paraId="5060DA55" w14:textId="77777777" w:rsidR="00B205D6" w:rsidRPr="00B205D6" w:rsidRDefault="00B205D6" w:rsidP="00B205D6">
      <w:pPr>
        <w:rPr>
          <w:rFonts w:ascii="TH SarabunIT๙" w:hAnsi="TH SarabunIT๙" w:cs="TH SarabunIT๙"/>
          <w:sz w:val="32"/>
          <w:szCs w:val="32"/>
        </w:rPr>
      </w:pPr>
      <w:r w:rsidRPr="00B205D6">
        <w:rPr>
          <w:rFonts w:ascii="TH SarabunIT๙" w:hAnsi="TH SarabunIT๙" w:cs="TH SarabunIT๙"/>
          <w:sz w:val="32"/>
          <w:szCs w:val="32"/>
          <w:cs/>
          <w:lang w:bidi="th-TH"/>
        </w:rPr>
        <w:t>ประกอบด้วยเอกสารหลักฐานประกอบการรายงานผลการดำเนินงานโครงการ ดังนี้</w:t>
      </w:r>
    </w:p>
    <w:p w14:paraId="05D9E84F" w14:textId="166B783F" w:rsidR="00B205D6" w:rsidRPr="00B205D6" w:rsidRDefault="00B205D6" w:rsidP="00B205D6">
      <w:pPr>
        <w:rPr>
          <w:rFonts w:ascii="TH SarabunIT๙" w:hAnsi="TH SarabunIT๙" w:cs="TH SarabunIT๙"/>
          <w:sz w:val="32"/>
          <w:szCs w:val="32"/>
        </w:rPr>
      </w:pPr>
      <w:r w:rsidRPr="00B205D6">
        <w:rPr>
          <w:rFonts w:ascii="TH SarabunIT๙" w:hAnsi="TH SarabunIT๙" w:cs="TH SarabunIT๙" w:hint="cs"/>
          <w:sz w:val="32"/>
          <w:szCs w:val="32"/>
          <w:cs/>
          <w:lang w:bidi="th-TH"/>
        </w:rPr>
        <w:t>1.</w:t>
      </w:r>
      <w:r>
        <w:rPr>
          <w:rFonts w:ascii="TH SarabunIT๙" w:hAnsi="TH SarabunIT๙" w:cs="TH SarabunIT๙"/>
          <w:sz w:val="32"/>
          <w:szCs w:val="32"/>
          <w:cs/>
          <w:lang w:bidi="th-TH"/>
        </w:rPr>
        <w:t xml:space="preserve"> </w:t>
      </w:r>
      <w:r w:rsidRPr="00B205D6">
        <w:rPr>
          <w:rFonts w:ascii="TH SarabunIT๙" w:hAnsi="TH SarabunIT๙" w:cs="TH SarabunIT๙"/>
          <w:sz w:val="32"/>
          <w:szCs w:val="32"/>
          <w:cs/>
          <w:lang w:bidi="th-TH"/>
        </w:rPr>
        <w:t>ภาพประกอบการดำเนินกิจกรรมตามโครงการ</w:t>
      </w:r>
    </w:p>
    <w:p w14:paraId="59680808" w14:textId="11FB1F16" w:rsidR="004E7475" w:rsidRPr="00B205D6" w:rsidRDefault="00B205D6" w:rsidP="00B205D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2. </w:t>
      </w:r>
      <w:r w:rsidRPr="00B205D6">
        <w:rPr>
          <w:rFonts w:ascii="TH SarabunIT๙" w:hAnsi="TH SarabunIT๙" w:cs="TH SarabunIT๙"/>
          <w:sz w:val="32"/>
          <w:szCs w:val="32"/>
          <w:cs/>
          <w:lang w:bidi="th-TH"/>
        </w:rPr>
        <w:t>รายชื่อผู้เข้าร่วมกิจกรรมตามโครงการ</w:t>
      </w:r>
    </w:p>
    <w:sectPr w:rsidR="004E7475" w:rsidRPr="00B205D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A0C7800"/>
    <w:multiLevelType w:val="hybridMultilevel"/>
    <w:tmpl w:val="E048D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540250">
    <w:abstractNumId w:val="8"/>
  </w:num>
  <w:num w:numId="2" w16cid:durableId="562260040">
    <w:abstractNumId w:val="6"/>
  </w:num>
  <w:num w:numId="3" w16cid:durableId="1303392441">
    <w:abstractNumId w:val="5"/>
  </w:num>
  <w:num w:numId="4" w16cid:durableId="1942562435">
    <w:abstractNumId w:val="4"/>
  </w:num>
  <w:num w:numId="5" w16cid:durableId="509835581">
    <w:abstractNumId w:val="7"/>
  </w:num>
  <w:num w:numId="6" w16cid:durableId="1648044569">
    <w:abstractNumId w:val="3"/>
  </w:num>
  <w:num w:numId="7" w16cid:durableId="1894149965">
    <w:abstractNumId w:val="2"/>
  </w:num>
  <w:num w:numId="8" w16cid:durableId="1304197103">
    <w:abstractNumId w:val="1"/>
  </w:num>
  <w:num w:numId="9" w16cid:durableId="295528074">
    <w:abstractNumId w:val="0"/>
  </w:num>
  <w:num w:numId="10" w16cid:durableId="61880639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E7475"/>
    <w:rsid w:val="00893ACD"/>
    <w:rsid w:val="009F789F"/>
    <w:rsid w:val="00AA1D8D"/>
    <w:rsid w:val="00B205D6"/>
    <w:rsid w:val="00B47730"/>
    <w:rsid w:val="00C12B9A"/>
    <w:rsid w:val="00CB0664"/>
    <w:rsid w:val="00CC615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44E3B8"/>
  <w14:defaultImageDpi w14:val="300"/>
  <w15:docId w15:val="{6BFFB5BF-ADDA-4B08-87BA-5581CEECC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หัวเรื่อง 1 อักขระ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หัวเรื่อง 2 อักขระ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หัวเรื่อง 3 อักขระ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ชื่อเรื่อง อักขระ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ชื่อเรื่องรอง อักขระ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เนื้อความ อักขระ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เนื้อความ 2 อักขระ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เนื้อความ 3 อักขระ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ข้อความแมโคร อักขระ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คำอ้างอิง อักขระ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หัวเรื่อง 4 อักขระ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หัวเรื่อง 5 อักขระ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หัวเรื่อง 6 อักขระ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หัวเรื่อง 7 อักขระ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หัวเรื่อง 8 อักขระ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หัวเรื่อง 9 อักขระ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ทำให้คำอ้างอิงเป็นสีเข้มขึ้น อักขระ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annotation reference"/>
    <w:basedOn w:val="a2"/>
    <w:uiPriority w:val="99"/>
    <w:semiHidden/>
    <w:unhideWhenUsed/>
    <w:rsid w:val="009F789F"/>
    <w:rPr>
      <w:sz w:val="16"/>
      <w:szCs w:val="16"/>
    </w:rPr>
  </w:style>
  <w:style w:type="paragraph" w:styleId="affb">
    <w:name w:val="annotation text"/>
    <w:basedOn w:val="a1"/>
    <w:link w:val="affc"/>
    <w:uiPriority w:val="99"/>
    <w:semiHidden/>
    <w:unhideWhenUsed/>
    <w:rsid w:val="009F789F"/>
    <w:pPr>
      <w:spacing w:line="240" w:lineRule="auto"/>
    </w:pPr>
    <w:rPr>
      <w:sz w:val="20"/>
      <w:szCs w:val="20"/>
    </w:rPr>
  </w:style>
  <w:style w:type="character" w:customStyle="1" w:styleId="affc">
    <w:name w:val="ข้อความข้อคิดเห็น อักขระ"/>
    <w:basedOn w:val="a2"/>
    <w:link w:val="affb"/>
    <w:uiPriority w:val="99"/>
    <w:semiHidden/>
    <w:rsid w:val="009F789F"/>
    <w:rPr>
      <w:sz w:val="20"/>
      <w:szCs w:val="20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9F789F"/>
    <w:rPr>
      <w:b/>
      <w:bCs/>
    </w:rPr>
  </w:style>
  <w:style w:type="character" w:customStyle="1" w:styleId="affe">
    <w:name w:val="ชื่อเรื่องของข้อคิดเห็น อักขระ"/>
    <w:basedOn w:val="affc"/>
    <w:link w:val="affd"/>
    <w:uiPriority w:val="99"/>
    <w:semiHidden/>
    <w:rsid w:val="009F789F"/>
    <w:rPr>
      <w:b/>
      <w:bCs/>
      <w:sz w:val="20"/>
      <w:szCs w:val="20"/>
    </w:rPr>
  </w:style>
  <w:style w:type="paragraph" w:customStyle="1" w:styleId="afff">
    <w:name w:val="เรื่อง/เรียน"/>
    <w:basedOn w:val="a1"/>
    <w:link w:val="afff0"/>
    <w:qFormat/>
    <w:rsid w:val="00B205D6"/>
    <w:pPr>
      <w:spacing w:after="120" w:line="240" w:lineRule="auto"/>
    </w:pPr>
    <w:rPr>
      <w:rFonts w:ascii="TH SarabunIT๙" w:eastAsia="Cordia New" w:hAnsi="TH SarabunIT๙" w:cs="TH SarabunIT๙"/>
      <w:sz w:val="32"/>
      <w:szCs w:val="32"/>
      <w:lang w:bidi="th-TH"/>
    </w:rPr>
  </w:style>
  <w:style w:type="character" w:customStyle="1" w:styleId="afff0">
    <w:name w:val="เรื่อง/เรียน อักขระ"/>
    <w:basedOn w:val="a2"/>
    <w:link w:val="afff"/>
    <w:rsid w:val="00B205D6"/>
    <w:rPr>
      <w:rFonts w:ascii="TH SarabunIT๙" w:eastAsia="Cordia New" w:hAnsi="TH SarabunIT๙" w:cs="TH SarabunIT๙"/>
      <w:sz w:val="32"/>
      <w:szCs w:val="3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5</cp:revision>
  <dcterms:created xsi:type="dcterms:W3CDTF">2026-06-10T11:42:00Z</dcterms:created>
  <dcterms:modified xsi:type="dcterms:W3CDTF">2026-06-10T12:09:00Z</dcterms:modified>
  <cp:category/>
</cp:coreProperties>
</file>